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מילות מפתח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מושג ולהשתמש בו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והבחנה בין מושגים דומים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הסכם בין מדינות על זכויות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לתת לילד לשחק בגלל מוצאו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הזכויות הבסיסיות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ההגנה כוללת גם הגנה רגשית וחברתית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עקרון מרכזי בזכויות הילד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(אפשרות לכולם להגיע ולהשתמש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(שמירה על ילדים מפני פגיעה או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(דאגה לעשות את מה שצריך)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(הזכות להביע דעה ולהיות מעורב)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שלבים בהבנת 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להכיר את המושג 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 על האמנה הבינלאומית לזכויות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להבין אילו זכויות קיימות - חינוך, הגנה, שוויון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לזהות מקרים של הפליה או פגיעה בזכויות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המדגימה הבנה נכונה של המושג, עם דוגמה מהמציאות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הסכם בינלאומי הקובע את זכויות הילדים במדינות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הפליה - יחס לא הוגן; שוויון - יחס דומה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מגיעה לילד; אחריות היא דבר שעליו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התפזורת כפתיחה ואז לעבור לדף זה להעמקה במושגים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אישיות מחיי היומיום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והסדר הנכון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מילות מפתח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המילים החשובות הקשורות לזכויות הילד, כמו שוויון, פרטיות, הגנה וחינוך. המושגים הללו מופיעים באמנה הבינלאומית לזכויות הילד.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חינוך  ·  אמנה  ·  הפליה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'אמנת האו״ם בדבר זכויות הילד'?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הסכם בין מדינות על זכויות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סיפורים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חוק מקומי בבית ספר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דוגמה להפליה?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לכל הילדים אותה הזדמנות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לתת לילד לשחק בגלל מוצאו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לעזור לילד עם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ילד בעולם זכאי לחינוך, ללא קשר למגדר או למוצא.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הגנה על ילדים נועדה רק מפני סכנות פיזיות.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שוויון אומר שלכל הילדים יש אותן זכויות, גם אם הם שונים זה מזה.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ילד זכאי ל__________ - ללמוד ולהתפתח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האיסור על __________ אומר שאסור להתייחס לילד אחרת בגלל צבע עור, דת או מוצא.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היא ההסכם הבינלאומי שקובע את זכויות הילדים בעולם.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דאגה לעשות את מה שצריך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הזכות להביע דעה ולהיות מעורב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אפשרות לכולם להגיע ולהשתמש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שמירה על ילדים מפני פגיעה או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שלבים בהבנת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מקרים של הפליה או פגיעה בזכויות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להבין אילו זכויות קיימות - חינוך, הגנה, שוויון ועוד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ללמוד על האמנה הבינלאומית לזכויות הילד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להכיר את המושג זכויות הילד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מהמילים (לדוגמה: שוויון, פרטיות או נגישות) וכתבו דוגמה אחת מהחיים שלכם לזכות הזאת.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אמנת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להפליה ודוגמה אחת לשוויון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– מילות מפתח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