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זכויות הילד – מילות מפתח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 יסוד הקשורים לזכויות הילד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המשמעות של כל מושג ולהשתמש בו נכון במשפט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זיהוי והבחנה בין מושגים דומים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הסכם בין מדינות על זכויות ילדים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זכות היא דבר שמגיע לי, אחריות היא דבר שעלי לעשות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לא לתת לילד לשחק בגלל מוצאו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אפשרות לכולם, כולל ילדים עם מוגבלות, להשתמש במקום או בשירות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שמירה על מידע אישי ולא לפרסם אותו בלי רשות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אחת הזכויות הבסיסיות באמנה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ההגנה כוללת גם הגנה רגשית וחברתית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זהו עקרון מרכזי בזכויות הילד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זהות כוללת גם משפחה, תרבות, שפה ועוד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הזכות לפנאי ומשחק מוכרת באמנה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זו אחת הזכויות החשובות באמנה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חינוך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הפליה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אמנה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זהות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פנאי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שוויון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פרטיות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מושגים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(אפשרות לכולם להגיע ולהשתמש במקום)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(שמירה על ילדים מפני פגיעה או סכנה)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(דאגה לעשות את מה שצריך)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(הזכות להביע דעה ולהיות מעורב)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(יחס דומה לכל הילדים)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- שלבים בהבנת זכויות הילד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להכיר את המושג זכויות הילד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ללמוד על האמנה הבינלאומית לזכויות הילד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להבין אילו זכויות קיימות - חינוך, הגנה, שוויון ועוד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לזהות מקרים של הפליה או פגיעה בזכויות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לפעול ולדאוג לזכויות של עצמי ושל אחרים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המדגימה הבנה נכונה של המושג, עם דוגמה מהמציאות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כדי להגן על כל הילדים בעולם ולוודא שמדינות שומרות על זכויותיהם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הסכם בינלאומי הקובע את זכויות הילדים במדינות שונות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הפליה - יחס לא הוגן; שוויון - יחס דומה לכולם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זכות מגיעה לילד; אחריות היא דבר שעליו לעשות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לשלב את התפזורת כפתיחה ואז לעבור לדף זה להעמקה במושגים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לדון בכיתה בדוגמאות אישיות מחיי היומיום לכל מושג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לעבוד בזוגות על חלק ההתאמה והסדר הנכון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זכויות הילד – מילות מפתח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יש מילים חשובות על זכויות של ילדים. נלמד מה כל מילה אומרת.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זכויות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דברים שמגיעים לכל ילד וילדה, כמו חינוך והגנה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אחריות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דאגה לעשות דברים כמו שצריך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שוויון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אחד מקבל יחס דומה, בלי הבדלים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נגישות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אפשרות לכל אחד להגיע ולהשתמש בדברים, גם עם מוגבלות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הפליה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יחס לא הוגן בגלל הבדל כלשהו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אמנה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הסכם כתוב בין מדינות על כללים משותפים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הגנה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שמירה על מישהו מפני סכנה או פגיעה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זהות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שאני - השם, המשפחה, התרבות שלי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זאת אמנה על זכויות ילדים?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הסכם בין מדינות על זכויות ילדים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ספר סיפורים לילדים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חוק מקומי בבית ספר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משחק חברתי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ההבדל בין זכות לאחריות?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זכות היא דבר שמגיע לי, אחריות היא דבר שעלי לעשות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אין הבדל 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זכות שייכת רק למבוגרים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אחריות שייכת רק לילדים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מהי דוגמה להפליה?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לתת לכל הילדים אותה הזדמנות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לא לתת לילד לשחק בגלל מוצאו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לעזור לילד עם שיעורי 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לשתף פעולה בקבוצה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זה נגישות?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אפשרות לכולם, כולל ילדים עם מוגבלות, להשתמש במקום או בשירות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מקום 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משחק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ספר לימוד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כוללת הזכות לפרטיות?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שמירה על מידע אישי ולא לפרסם אותו בלי רשות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חובה לספר הכל לכולם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איסור על חברים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חובה לשתף תמונות ברשת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ילד בעולם זכאי לחינוך, ללא קשר למגדר או למוצא.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הגנה על ילדים נועדה רק מפני סכנות פיזיות.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שוויון אומר שלכל הילדים יש אותן זכויות, גם אם הם שונים זה מזה.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זהות של ילד כוללת רק את השם הפרטי שלו.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לילדים אין זכות לזמן פנאי ומשחק.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השתתפות ילדים אומרת שגם לילדים מגיעה הזכות להביע דעה.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כל ילד זכאי ל__________ - ללמוד ולהתפתח בבית הספר.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האיסור על __________ אומר שאסור להתייחס לילד אחרת בגלל צבע עור, דת או מוצא.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ה__________ היא ההסכם הבינלאומי שקובע את זכויות הילדים בעולם.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ה__________ של כל ילד כוללת את השם, המשפחה והתרבות שלו.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ילדים זכאים ל__________ - זמן למשחק ולמנוחה.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ה__________ מבטיחה שלכל הילדים יש אותן הזכויות בלי הבדל.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7. ה__________ של ילד כוללת שמירה על מידע אישי שלא יתפרסם בלי רשות.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מושגים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נגישות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דאגה לעשות את מה שצריך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הגנה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הזכות להביע דעה ולהיות מעורב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אחריות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שמירה על ילדים מפני פגיעה או סכנה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השתתפות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יחס דומה לכל הילדים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שוויון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אפשרות לכולם להגיע ולהשתמש במקום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- שלבים בהבנת זכויות הילד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לזהות מקרים של הפליה או פגיעה בזכויות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להבין אילו זכויות קיימות - חינוך, הגנה, שוויון ועוד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לפעול ולדאוג לזכויות של עצמי ושל אחרים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להכיר את המושג זכויות הילד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ללמוד על האמנה הבינלאומית לזכויות הילד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אחת מהמילים (לדוגמה: שוויון, פרטיות או נגישות) וכתבו דוגמה אחת מהחיים שלכם לזכות הזאת.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למה חשוב שיהיה חוק בינלאומי (אמנה) על זכויות ילדים.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אמנת זכויות הילד?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להפליה ודוגמה אחת לשוויון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זכות לאחריות?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זכויות הילד – מילות מפתח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